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576DB" w14:textId="4F905615" w:rsidR="00C82A59" w:rsidRPr="000C1442" w:rsidRDefault="00C82A59" w:rsidP="000C1442">
      <w:pPr>
        <w:pBdr>
          <w:bottom w:val="single" w:sz="28" w:space="4" w:color="CAD400"/>
        </w:pBdr>
        <w:rPr>
          <w:sz w:val="28"/>
          <w:szCs w:val="32"/>
          <w:lang w:val="sk-SK"/>
        </w:rPr>
      </w:pPr>
    </w:p>
    <w:p w14:paraId="297D916B" w14:textId="77777777" w:rsidR="00C82A59" w:rsidRPr="000C1442" w:rsidRDefault="00000000">
      <w:pPr>
        <w:spacing w:after="40"/>
        <w:rPr>
          <w:sz w:val="24"/>
          <w:szCs w:val="28"/>
          <w:lang w:val="sk-SK"/>
        </w:rPr>
      </w:pPr>
      <w:r w:rsidRPr="000C1442">
        <w:rPr>
          <w:b/>
          <w:color w:val="1D71B8"/>
          <w:sz w:val="48"/>
          <w:szCs w:val="28"/>
          <w:lang w:val="sk-SK"/>
        </w:rPr>
        <w:t>PRIHLÁŠKA NA ANIMÁTORSKÚ ŠKOLU</w:t>
      </w:r>
    </w:p>
    <w:p w14:paraId="514071E3" w14:textId="05E56906" w:rsidR="00C82A59" w:rsidRPr="000C1442" w:rsidRDefault="00000000">
      <w:pPr>
        <w:spacing w:after="260"/>
        <w:rPr>
          <w:sz w:val="28"/>
          <w:szCs w:val="32"/>
          <w:lang w:val="sk-SK"/>
        </w:rPr>
      </w:pPr>
      <w:r w:rsidRPr="000C1442">
        <w:rPr>
          <w:color w:val="191919"/>
          <w:sz w:val="24"/>
          <w:szCs w:val="32"/>
          <w:lang w:val="sk-SK"/>
        </w:rPr>
        <w:t>202</w:t>
      </w:r>
      <w:r w:rsidR="000C1442" w:rsidRPr="000C1442">
        <w:rPr>
          <w:color w:val="191919"/>
          <w:sz w:val="24"/>
          <w:szCs w:val="32"/>
          <w:lang w:val="sk-SK"/>
        </w:rPr>
        <w:t>6</w:t>
      </w:r>
      <w:r w:rsidRPr="000C1442">
        <w:rPr>
          <w:color w:val="191919"/>
          <w:sz w:val="24"/>
          <w:szCs w:val="32"/>
          <w:lang w:val="sk-SK"/>
        </w:rPr>
        <w:t>/202</w:t>
      </w:r>
      <w:r w:rsidR="000C1442" w:rsidRPr="000C1442">
        <w:rPr>
          <w:color w:val="191919"/>
          <w:sz w:val="24"/>
          <w:szCs w:val="32"/>
          <w:lang w:val="sk-SK"/>
        </w:rPr>
        <w:t>8</w:t>
      </w:r>
    </w:p>
    <w:p w14:paraId="305DFE43" w14:textId="77777777" w:rsidR="00C82A59" w:rsidRPr="000C1442" w:rsidRDefault="00000000">
      <w:pPr>
        <w:pBdr>
          <w:bottom w:val="single" w:sz="12" w:space="0" w:color="C19142"/>
        </w:pBdr>
        <w:shd w:val="clear" w:color="auto" w:fill="1D71B8"/>
        <w:spacing w:before="160" w:after="140"/>
        <w:rPr>
          <w:sz w:val="28"/>
          <w:szCs w:val="32"/>
          <w:lang w:val="sk-SK"/>
        </w:rPr>
      </w:pPr>
      <w:r w:rsidRPr="000C1442">
        <w:rPr>
          <w:b/>
          <w:color w:val="FFFFFF"/>
          <w:sz w:val="32"/>
          <w:szCs w:val="32"/>
          <w:lang w:val="sk-SK"/>
        </w:rPr>
        <w:t>01  OSOBNÉ A KONTAKTNÉ ÚDAJE UCHÁDZAČA</w:t>
      </w:r>
    </w:p>
    <w:p w14:paraId="20F0204A" w14:textId="7FBB5628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Meno a priezvisko </w:t>
      </w:r>
    </w:p>
    <w:p w14:paraId="37138974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38D076D" w14:textId="3A44E2BE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Adresa trvalého pobytu (ulica, číslo, PSČ, obec/mesto) </w:t>
      </w:r>
    </w:p>
    <w:p w14:paraId="5462A3BC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6730338B" w14:textId="528E5AF9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Dátum narodenia (deň / mesiac / rok) </w:t>
      </w:r>
    </w:p>
    <w:p w14:paraId="3F3649F1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20BF725A" w14:textId="393F7593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Miesto narodenia </w:t>
      </w:r>
    </w:p>
    <w:p w14:paraId="6B92AB54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74C39E0A" w14:textId="1113A221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Telefónne číslo </w:t>
      </w:r>
    </w:p>
    <w:p w14:paraId="0F92CE76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E073CD8" w14:textId="59C90D64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E-mail </w:t>
      </w:r>
    </w:p>
    <w:p w14:paraId="46B5D1E2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48419368" w14:textId="41D9C0DF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Farnosť </w:t>
      </w:r>
    </w:p>
    <w:p w14:paraId="16C0E17D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09730AF" w14:textId="4D1BE2D4" w:rsidR="00C82A59" w:rsidRPr="000C1442" w:rsidRDefault="00000000">
      <w:pPr>
        <w:spacing w:after="80"/>
        <w:rPr>
          <w:sz w:val="28"/>
          <w:szCs w:val="32"/>
          <w:lang w:val="sk-SK"/>
        </w:rPr>
      </w:pPr>
      <w:proofErr w:type="spellStart"/>
      <w:r w:rsidRPr="000C1442">
        <w:rPr>
          <w:b/>
          <w:color w:val="191919"/>
          <w:sz w:val="24"/>
          <w:szCs w:val="32"/>
          <w:lang w:val="sk-SK"/>
        </w:rPr>
        <w:t>Protopresbyterát</w:t>
      </w:r>
      <w:proofErr w:type="spellEnd"/>
      <w:r w:rsidRPr="000C1442">
        <w:rPr>
          <w:b/>
          <w:color w:val="191919"/>
          <w:sz w:val="24"/>
          <w:szCs w:val="32"/>
          <w:lang w:val="sk-SK"/>
        </w:rPr>
        <w:t xml:space="preserve"> </w:t>
      </w:r>
    </w:p>
    <w:p w14:paraId="43336CDC" w14:textId="00C5BBB7" w:rsidR="00C82A59" w:rsidRPr="000C1442" w:rsidRDefault="00000000">
      <w:pPr>
        <w:spacing w:after="200"/>
        <w:rPr>
          <w:sz w:val="24"/>
          <w:szCs w:val="28"/>
          <w:lang w:val="sk-SK"/>
        </w:rPr>
      </w:pPr>
      <w:r w:rsidRPr="000C1442">
        <w:rPr>
          <w:color w:val="191919"/>
          <w:sz w:val="24"/>
          <w:szCs w:val="28"/>
          <w:lang w:val="sk-SK"/>
        </w:rPr>
        <w:t xml:space="preserve">☐ Košice – mesto 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 xml:space="preserve">☐ Košice – okolie 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>☐ Spišská Nová Ves</w:t>
      </w:r>
    </w:p>
    <w:p w14:paraId="26E4121C" w14:textId="40561775" w:rsidR="00C82A59" w:rsidRPr="000C1442" w:rsidRDefault="00000000">
      <w:pPr>
        <w:spacing w:after="200"/>
        <w:rPr>
          <w:sz w:val="24"/>
          <w:szCs w:val="28"/>
          <w:lang w:val="sk-SK"/>
        </w:rPr>
      </w:pPr>
      <w:r w:rsidRPr="000C1442">
        <w:rPr>
          <w:color w:val="191919"/>
          <w:sz w:val="24"/>
          <w:szCs w:val="28"/>
          <w:lang w:val="sk-SK"/>
        </w:rPr>
        <w:t xml:space="preserve">☐ Sečovce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 xml:space="preserve">☐ Trebišov 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>☐ Maďarský</w:t>
      </w:r>
    </w:p>
    <w:p w14:paraId="1697877A" w14:textId="3505F656" w:rsidR="00C82A59" w:rsidRPr="000C1442" w:rsidRDefault="00000000">
      <w:pPr>
        <w:spacing w:after="200"/>
        <w:rPr>
          <w:sz w:val="24"/>
          <w:szCs w:val="28"/>
          <w:lang w:val="sk-SK"/>
        </w:rPr>
      </w:pPr>
      <w:r w:rsidRPr="000C1442">
        <w:rPr>
          <w:color w:val="191919"/>
          <w:sz w:val="24"/>
          <w:szCs w:val="28"/>
          <w:lang w:val="sk-SK"/>
        </w:rPr>
        <w:t xml:space="preserve">☐ Michalovce – východ 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 xml:space="preserve">☐ Michalovce – západ     </w:t>
      </w:r>
      <w:r w:rsidR="000C1442" w:rsidRPr="000C1442">
        <w:rPr>
          <w:color w:val="191919"/>
          <w:sz w:val="24"/>
          <w:szCs w:val="28"/>
          <w:lang w:val="sk-SK"/>
        </w:rPr>
        <w:tab/>
      </w:r>
      <w:r w:rsidRPr="000C1442">
        <w:rPr>
          <w:color w:val="191919"/>
          <w:sz w:val="24"/>
          <w:szCs w:val="28"/>
          <w:lang w:val="sk-SK"/>
        </w:rPr>
        <w:t>☐ Sobrance</w:t>
      </w:r>
    </w:p>
    <w:p w14:paraId="4E351BDA" w14:textId="77777777" w:rsidR="00C82A59" w:rsidRPr="000C1442" w:rsidRDefault="00000000">
      <w:pPr>
        <w:rPr>
          <w:sz w:val="28"/>
          <w:szCs w:val="32"/>
          <w:lang w:val="sk-SK"/>
        </w:rPr>
      </w:pPr>
      <w:r w:rsidRPr="000C1442">
        <w:rPr>
          <w:i/>
          <w:color w:val="1D71B8"/>
          <w:sz w:val="22"/>
          <w:szCs w:val="32"/>
          <w:lang w:val="sk-SK"/>
        </w:rPr>
        <w:t xml:space="preserve">Pri </w:t>
      </w:r>
      <w:proofErr w:type="spellStart"/>
      <w:r w:rsidRPr="000C1442">
        <w:rPr>
          <w:i/>
          <w:color w:val="1D71B8"/>
          <w:sz w:val="22"/>
          <w:szCs w:val="32"/>
          <w:lang w:val="sk-SK"/>
        </w:rPr>
        <w:t>protopresbyteráte</w:t>
      </w:r>
      <w:proofErr w:type="spellEnd"/>
      <w:r w:rsidRPr="000C1442">
        <w:rPr>
          <w:i/>
          <w:color w:val="1D71B8"/>
          <w:sz w:val="22"/>
          <w:szCs w:val="32"/>
          <w:lang w:val="sk-SK"/>
        </w:rPr>
        <w:t xml:space="preserve"> označte iba jednu možnosť zo všetkých uvedených.</w:t>
      </w:r>
    </w:p>
    <w:p w14:paraId="667A4D70" w14:textId="77777777" w:rsidR="00C82A59" w:rsidRPr="000C1442" w:rsidRDefault="00000000">
      <w:pPr>
        <w:rPr>
          <w:sz w:val="28"/>
          <w:szCs w:val="32"/>
          <w:lang w:val="sk-SK"/>
        </w:rPr>
      </w:pPr>
      <w:r w:rsidRPr="000C1442">
        <w:rPr>
          <w:color w:val="191919"/>
          <w:sz w:val="28"/>
          <w:szCs w:val="32"/>
          <w:lang w:val="sk-SK"/>
        </w:rPr>
        <w:br w:type="page"/>
      </w:r>
    </w:p>
    <w:p w14:paraId="7CF9BA52" w14:textId="77777777" w:rsidR="00C82A59" w:rsidRPr="000C1442" w:rsidRDefault="00000000">
      <w:pPr>
        <w:pBdr>
          <w:bottom w:val="single" w:sz="12" w:space="0" w:color="C19142"/>
        </w:pBdr>
        <w:shd w:val="clear" w:color="auto" w:fill="1D71B8"/>
        <w:spacing w:before="160" w:after="140"/>
        <w:rPr>
          <w:sz w:val="28"/>
          <w:szCs w:val="32"/>
          <w:lang w:val="sk-SK"/>
        </w:rPr>
      </w:pPr>
      <w:r w:rsidRPr="000C1442">
        <w:rPr>
          <w:b/>
          <w:color w:val="FFFFFF"/>
          <w:sz w:val="32"/>
          <w:szCs w:val="32"/>
          <w:lang w:val="sk-SK"/>
        </w:rPr>
        <w:lastRenderedPageBreak/>
        <w:t>02  SKÚSENOSTI, TALENTY A MOTIVÁCIA</w:t>
      </w:r>
    </w:p>
    <w:p w14:paraId="136DC691" w14:textId="77777777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>Účasť na eparchiálnych stretnutiach za posledný rok</w:t>
      </w:r>
    </w:p>
    <w:p w14:paraId="75675601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185B6073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48FC777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1AE3CFBD" w14:textId="77777777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Účasť na farských akciách a </w:t>
      </w:r>
      <w:proofErr w:type="spellStart"/>
      <w:r w:rsidRPr="000C1442">
        <w:rPr>
          <w:b/>
          <w:color w:val="191919"/>
          <w:sz w:val="24"/>
          <w:szCs w:val="32"/>
          <w:lang w:val="sk-SK"/>
        </w:rPr>
        <w:t>stretkách</w:t>
      </w:r>
      <w:proofErr w:type="spellEnd"/>
    </w:p>
    <w:p w14:paraId="30A53F48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5878DE27" w14:textId="77777777" w:rsidR="000C1442" w:rsidRPr="000C1442" w:rsidRDefault="000C1442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4E797AC8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25682B64" w14:textId="77777777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>Talenty a zručnosti (napr. umelecké, technické a iné)</w:t>
      </w:r>
    </w:p>
    <w:p w14:paraId="285561EA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D54E7CA" w14:textId="77777777" w:rsidR="000C1442" w:rsidRPr="000C1442" w:rsidRDefault="000C1442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6E9A0587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25D2FCBD" w14:textId="6582FF2A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 xml:space="preserve">Prečo chcete absolvovať animátorskú školu? </w:t>
      </w:r>
      <w:r w:rsidR="000C1442" w:rsidRPr="000C1442">
        <w:rPr>
          <w:b/>
          <w:color w:val="191919"/>
          <w:sz w:val="24"/>
          <w:szCs w:val="32"/>
          <w:lang w:val="sk-SK"/>
        </w:rPr>
        <w:t>Ako sa chcete zapájať do života farnosti?</w:t>
      </w:r>
    </w:p>
    <w:p w14:paraId="2A369955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0BA50DFA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5615D6DB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1EE081C0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25DE75B3" w14:textId="77777777" w:rsidR="00C82A59" w:rsidRPr="000C1442" w:rsidRDefault="00000000">
      <w:pPr>
        <w:pBdr>
          <w:bottom w:val="single" w:sz="12" w:space="0" w:color="C19142"/>
        </w:pBdr>
        <w:shd w:val="clear" w:color="auto" w:fill="1D71B8"/>
        <w:spacing w:before="160" w:after="140"/>
        <w:rPr>
          <w:sz w:val="28"/>
          <w:szCs w:val="32"/>
          <w:lang w:val="sk-SK"/>
        </w:rPr>
      </w:pPr>
      <w:r w:rsidRPr="000C1442">
        <w:rPr>
          <w:b/>
          <w:color w:val="FFFFFF"/>
          <w:sz w:val="32"/>
          <w:szCs w:val="32"/>
          <w:lang w:val="sk-SK"/>
        </w:rPr>
        <w:t>03  SÚHLAS SO SPRACÚVANÍM OSOBNÝCH ÚDAJOV</w:t>
      </w:r>
    </w:p>
    <w:p w14:paraId="62560A6C" w14:textId="3D1EC4E6" w:rsidR="00C82A59" w:rsidRPr="000C1442" w:rsidRDefault="00000000" w:rsidP="000C1442">
      <w:pPr>
        <w:spacing w:after="160"/>
        <w:jc w:val="both"/>
        <w:rPr>
          <w:sz w:val="28"/>
          <w:szCs w:val="32"/>
          <w:lang w:val="sk-SK"/>
        </w:rPr>
      </w:pPr>
      <w:r w:rsidRPr="000C1442">
        <w:rPr>
          <w:color w:val="191919"/>
          <w:sz w:val="22"/>
          <w:szCs w:val="32"/>
          <w:lang w:val="sk-SK"/>
        </w:rPr>
        <w:t xml:space="preserve">Súhlas so spracúvaním osobných údajov na účely Animátorskej školy organizovanej </w:t>
      </w:r>
      <w:r w:rsidR="000C1442">
        <w:rPr>
          <w:color w:val="191919"/>
          <w:sz w:val="22"/>
          <w:szCs w:val="32"/>
          <w:lang w:val="sk-SK"/>
        </w:rPr>
        <w:t xml:space="preserve">Gréckokatolíckou </w:t>
      </w:r>
      <w:proofErr w:type="spellStart"/>
      <w:r w:rsidR="000C1442">
        <w:rPr>
          <w:color w:val="191919"/>
          <w:sz w:val="22"/>
          <w:szCs w:val="32"/>
          <w:lang w:val="sk-SK"/>
        </w:rPr>
        <w:t>eparchiou</w:t>
      </w:r>
      <w:proofErr w:type="spellEnd"/>
      <w:r w:rsidR="000C1442">
        <w:rPr>
          <w:color w:val="191919"/>
          <w:sz w:val="22"/>
          <w:szCs w:val="32"/>
          <w:lang w:val="sk-SK"/>
        </w:rPr>
        <w:t xml:space="preserve"> Košice</w:t>
      </w:r>
      <w:r w:rsidRPr="000C1442">
        <w:rPr>
          <w:color w:val="191919"/>
          <w:sz w:val="22"/>
          <w:szCs w:val="32"/>
          <w:lang w:val="sk-SK"/>
        </w:rPr>
        <w:t>. Rozsah: meno a priezvisko, dátum a miesto narodenia, adresa, e-mail a telefónne číslo. Súhlas možno odvolať písomnou žiadosťou aj pred skončením školy. Podrobnosti o spracúvaní a</w:t>
      </w:r>
      <w:r w:rsidR="000C1442">
        <w:rPr>
          <w:color w:val="191919"/>
          <w:sz w:val="22"/>
          <w:szCs w:val="32"/>
          <w:lang w:val="sk-SK"/>
        </w:rPr>
        <w:t> </w:t>
      </w:r>
      <w:r w:rsidRPr="000C1442">
        <w:rPr>
          <w:color w:val="191919"/>
          <w:sz w:val="22"/>
          <w:szCs w:val="32"/>
          <w:lang w:val="sk-SK"/>
        </w:rPr>
        <w:t>právach dotknutej osoby má organizátor poskytnúť samostatne podľa nariadenia (EÚ) 2016/679 a</w:t>
      </w:r>
      <w:r w:rsidR="000C1442">
        <w:rPr>
          <w:color w:val="191919"/>
          <w:sz w:val="22"/>
          <w:szCs w:val="32"/>
          <w:lang w:val="sk-SK"/>
        </w:rPr>
        <w:t> </w:t>
      </w:r>
      <w:r w:rsidRPr="000C1442">
        <w:rPr>
          <w:color w:val="191919"/>
          <w:sz w:val="22"/>
          <w:szCs w:val="32"/>
          <w:lang w:val="sk-SK"/>
        </w:rPr>
        <w:t>zákona č. 18/2018 Z. z.</w:t>
      </w:r>
    </w:p>
    <w:p w14:paraId="19DACC7E" w14:textId="77777777" w:rsidR="00C82A59" w:rsidRPr="000C1442" w:rsidRDefault="00000000">
      <w:pPr>
        <w:spacing w:after="8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>Súhlasím so spracúvaním osobných údajov na uvedený účel *</w:t>
      </w:r>
    </w:p>
    <w:p w14:paraId="79E3CFE4" w14:textId="6F54707A" w:rsidR="00C82A59" w:rsidRPr="000C1442" w:rsidRDefault="00000000">
      <w:pPr>
        <w:spacing w:after="200"/>
        <w:rPr>
          <w:sz w:val="28"/>
          <w:szCs w:val="32"/>
          <w:lang w:val="sk-SK"/>
        </w:rPr>
      </w:pPr>
      <w:r w:rsidRPr="000C1442">
        <w:rPr>
          <w:color w:val="191919"/>
          <w:sz w:val="28"/>
          <w:szCs w:val="32"/>
          <w:lang w:val="sk-SK"/>
        </w:rPr>
        <w:t xml:space="preserve">☐ áno     </w:t>
      </w:r>
      <w:r w:rsidR="000C1442" w:rsidRPr="000C1442">
        <w:rPr>
          <w:color w:val="191919"/>
          <w:sz w:val="28"/>
          <w:szCs w:val="32"/>
          <w:lang w:val="sk-SK"/>
        </w:rPr>
        <w:tab/>
      </w:r>
      <w:r w:rsidR="000C1442" w:rsidRPr="000C1442">
        <w:rPr>
          <w:color w:val="191919"/>
          <w:sz w:val="28"/>
          <w:szCs w:val="32"/>
          <w:lang w:val="sk-SK"/>
        </w:rPr>
        <w:tab/>
      </w:r>
      <w:r w:rsidRPr="000C1442">
        <w:rPr>
          <w:color w:val="191919"/>
          <w:sz w:val="28"/>
          <w:szCs w:val="32"/>
          <w:lang w:val="sk-SK"/>
        </w:rPr>
        <w:t>☐ nie</w:t>
      </w:r>
    </w:p>
    <w:p w14:paraId="65B7B1A3" w14:textId="77777777" w:rsidR="000C1442" w:rsidRPr="000C1442" w:rsidRDefault="000C1442">
      <w:pPr>
        <w:rPr>
          <w:color w:val="191919"/>
          <w:sz w:val="22"/>
          <w:szCs w:val="32"/>
          <w:lang w:val="sk-SK"/>
        </w:rPr>
      </w:pPr>
    </w:p>
    <w:p w14:paraId="11220979" w14:textId="77777777" w:rsidR="000C1442" w:rsidRPr="000C1442" w:rsidRDefault="000C1442" w:rsidP="000C1442">
      <w:pPr>
        <w:rPr>
          <w:sz w:val="28"/>
          <w:szCs w:val="32"/>
          <w:lang w:val="sk-SK"/>
        </w:rPr>
      </w:pPr>
      <w:r w:rsidRPr="000C1442">
        <w:rPr>
          <w:color w:val="191919"/>
          <w:sz w:val="22"/>
          <w:szCs w:val="32"/>
          <w:lang w:val="sk-SK"/>
        </w:rPr>
        <w:t>V ____________________ dňa _______________     Podpis rodiča ___________________________</w:t>
      </w:r>
    </w:p>
    <w:p w14:paraId="50B6257B" w14:textId="77777777" w:rsidR="00C82A59" w:rsidRPr="000C1442" w:rsidRDefault="00000000">
      <w:pPr>
        <w:rPr>
          <w:sz w:val="28"/>
          <w:szCs w:val="32"/>
          <w:lang w:val="sk-SK"/>
        </w:rPr>
      </w:pPr>
      <w:r w:rsidRPr="000C1442">
        <w:rPr>
          <w:color w:val="191919"/>
          <w:sz w:val="28"/>
          <w:szCs w:val="32"/>
          <w:lang w:val="sk-SK"/>
        </w:rPr>
        <w:br w:type="page"/>
      </w:r>
    </w:p>
    <w:p w14:paraId="76C8B4A6" w14:textId="77777777" w:rsidR="00C82A59" w:rsidRPr="000C1442" w:rsidRDefault="00000000">
      <w:pPr>
        <w:pBdr>
          <w:bottom w:val="single" w:sz="12" w:space="0" w:color="C19142"/>
        </w:pBdr>
        <w:shd w:val="clear" w:color="auto" w:fill="1D71B8"/>
        <w:spacing w:before="160" w:after="140"/>
        <w:rPr>
          <w:sz w:val="28"/>
          <w:szCs w:val="32"/>
          <w:lang w:val="sk-SK"/>
        </w:rPr>
      </w:pPr>
      <w:r w:rsidRPr="000C1442">
        <w:rPr>
          <w:b/>
          <w:color w:val="FFFFFF"/>
          <w:sz w:val="32"/>
          <w:szCs w:val="32"/>
          <w:lang w:val="sk-SK"/>
        </w:rPr>
        <w:lastRenderedPageBreak/>
        <w:t>04  SÚHLAS RODIČA / ZÁKONNÉHO ZÁSTUPCU</w:t>
      </w:r>
    </w:p>
    <w:p w14:paraId="0CC743C3" w14:textId="77777777" w:rsidR="00C82A59" w:rsidRPr="000C1442" w:rsidRDefault="00000000">
      <w:pPr>
        <w:spacing w:after="180"/>
        <w:rPr>
          <w:sz w:val="28"/>
          <w:szCs w:val="32"/>
          <w:lang w:val="sk-SK"/>
        </w:rPr>
      </w:pPr>
      <w:r w:rsidRPr="000C1442">
        <w:rPr>
          <w:i/>
          <w:color w:val="1D71B8"/>
          <w:sz w:val="22"/>
          <w:szCs w:val="32"/>
          <w:lang w:val="sk-SK"/>
        </w:rPr>
        <w:t>Vyplní sa, ak uchádzač v deň prihlásenia nedovŕšil 18 rokov.</w:t>
      </w:r>
    </w:p>
    <w:p w14:paraId="537F4244" w14:textId="77777777" w:rsidR="00C82A59" w:rsidRPr="000C1442" w:rsidRDefault="00000000">
      <w:pPr>
        <w:spacing w:after="6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>Meno a priezvisko rodiča / zákonného zástupcu</w:t>
      </w:r>
    </w:p>
    <w:p w14:paraId="541E0DE8" w14:textId="77777777" w:rsidR="00C82A59" w:rsidRPr="000C1442" w:rsidRDefault="00C82A59">
      <w:pPr>
        <w:pBdr>
          <w:bottom w:val="single" w:sz="12" w:space="4" w:color="CAD400"/>
        </w:pBdr>
        <w:spacing w:after="140"/>
        <w:rPr>
          <w:sz w:val="28"/>
          <w:szCs w:val="32"/>
          <w:lang w:val="sk-SK"/>
        </w:rPr>
      </w:pPr>
    </w:p>
    <w:p w14:paraId="20086A01" w14:textId="0719762A" w:rsidR="00C82A59" w:rsidRPr="000C1442" w:rsidRDefault="00000000" w:rsidP="000C1442">
      <w:pPr>
        <w:spacing w:after="120"/>
        <w:jc w:val="both"/>
        <w:rPr>
          <w:sz w:val="32"/>
          <w:szCs w:val="36"/>
          <w:lang w:val="sk-SK"/>
        </w:rPr>
      </w:pPr>
      <w:r w:rsidRPr="000C1442">
        <w:rPr>
          <w:color w:val="191919"/>
          <w:sz w:val="24"/>
          <w:szCs w:val="36"/>
          <w:lang w:val="sk-SK"/>
        </w:rPr>
        <w:t xml:space="preserve">Súhlasím s tým, aby môj syn / moja dcéra nastúpil(a) na vzdelávací program Animátorská škola Košickej </w:t>
      </w:r>
      <w:proofErr w:type="spellStart"/>
      <w:r w:rsidRPr="000C1442">
        <w:rPr>
          <w:color w:val="191919"/>
          <w:sz w:val="24"/>
          <w:szCs w:val="36"/>
          <w:lang w:val="sk-SK"/>
        </w:rPr>
        <w:t>eparchie</w:t>
      </w:r>
      <w:proofErr w:type="spellEnd"/>
      <w:r w:rsidRPr="000C1442">
        <w:rPr>
          <w:color w:val="191919"/>
          <w:sz w:val="24"/>
          <w:szCs w:val="36"/>
          <w:lang w:val="sk-SK"/>
        </w:rPr>
        <w:t>, organizovaný</w:t>
      </w:r>
      <w:r w:rsidR="000C1442">
        <w:rPr>
          <w:color w:val="191919"/>
          <w:sz w:val="24"/>
          <w:szCs w:val="36"/>
          <w:lang w:val="sk-SK"/>
        </w:rPr>
        <w:t xml:space="preserve"> občianskym združením </w:t>
      </w:r>
      <w:proofErr w:type="spellStart"/>
      <w:r w:rsidR="000C1442">
        <w:rPr>
          <w:color w:val="191919"/>
          <w:sz w:val="24"/>
          <w:szCs w:val="36"/>
          <w:lang w:val="sk-SK"/>
        </w:rPr>
        <w:t>Aetós</w:t>
      </w:r>
      <w:proofErr w:type="spellEnd"/>
      <w:r w:rsidR="000C1442">
        <w:rPr>
          <w:color w:val="191919"/>
          <w:sz w:val="24"/>
          <w:szCs w:val="36"/>
          <w:lang w:val="sk-SK"/>
        </w:rPr>
        <w:t xml:space="preserve"> a Radou pre mládež Košickej </w:t>
      </w:r>
      <w:proofErr w:type="spellStart"/>
      <w:r w:rsidR="000C1442">
        <w:rPr>
          <w:color w:val="191919"/>
          <w:sz w:val="24"/>
          <w:szCs w:val="36"/>
          <w:lang w:val="sk-SK"/>
        </w:rPr>
        <w:t>eparchie</w:t>
      </w:r>
      <w:proofErr w:type="spellEnd"/>
      <w:r w:rsidRPr="000C1442">
        <w:rPr>
          <w:color w:val="191919"/>
          <w:sz w:val="24"/>
          <w:szCs w:val="36"/>
          <w:lang w:val="sk-SK"/>
        </w:rPr>
        <w:t>, v</w:t>
      </w:r>
      <w:r w:rsidR="000C1442" w:rsidRPr="000C1442">
        <w:rPr>
          <w:color w:val="191919"/>
          <w:sz w:val="24"/>
          <w:szCs w:val="36"/>
          <w:lang w:val="sk-SK"/>
        </w:rPr>
        <w:t> </w:t>
      </w:r>
      <w:r w:rsidRPr="000C1442">
        <w:rPr>
          <w:color w:val="191919"/>
          <w:sz w:val="24"/>
          <w:szCs w:val="36"/>
          <w:lang w:val="sk-SK"/>
        </w:rPr>
        <w:t>rokoch 202</w:t>
      </w:r>
      <w:r w:rsidR="000C1442" w:rsidRPr="000C1442">
        <w:rPr>
          <w:color w:val="191919"/>
          <w:sz w:val="24"/>
          <w:szCs w:val="36"/>
          <w:lang w:val="sk-SK"/>
        </w:rPr>
        <w:t>6</w:t>
      </w:r>
      <w:r w:rsidRPr="000C1442">
        <w:rPr>
          <w:color w:val="191919"/>
          <w:sz w:val="24"/>
          <w:szCs w:val="36"/>
          <w:lang w:val="sk-SK"/>
        </w:rPr>
        <w:t xml:space="preserve"> – 202</w:t>
      </w:r>
      <w:r w:rsidR="000C1442" w:rsidRPr="000C1442">
        <w:rPr>
          <w:color w:val="191919"/>
          <w:sz w:val="24"/>
          <w:szCs w:val="36"/>
          <w:lang w:val="sk-SK"/>
        </w:rPr>
        <w:t>8</w:t>
      </w:r>
      <w:r w:rsidRPr="000C1442">
        <w:rPr>
          <w:color w:val="191919"/>
          <w:sz w:val="24"/>
          <w:szCs w:val="36"/>
          <w:lang w:val="sk-SK"/>
        </w:rPr>
        <w:t>.</w:t>
      </w:r>
    </w:p>
    <w:p w14:paraId="09DD0050" w14:textId="77777777" w:rsidR="000C1442" w:rsidRPr="000C1442" w:rsidRDefault="000C1442">
      <w:pPr>
        <w:spacing w:after="80"/>
        <w:rPr>
          <w:b/>
          <w:color w:val="191919"/>
          <w:sz w:val="24"/>
          <w:szCs w:val="32"/>
          <w:lang w:val="sk-SK"/>
        </w:rPr>
      </w:pPr>
    </w:p>
    <w:p w14:paraId="7DD77157" w14:textId="26F7C212" w:rsidR="00C82A59" w:rsidRPr="000C1442" w:rsidRDefault="00000000">
      <w:pPr>
        <w:spacing w:after="80"/>
        <w:rPr>
          <w:sz w:val="28"/>
          <w:szCs w:val="32"/>
          <w:lang w:val="sk-SK"/>
        </w:rPr>
      </w:pPr>
      <w:r w:rsidRPr="000C1442">
        <w:rPr>
          <w:b/>
          <w:color w:val="191919"/>
          <w:sz w:val="24"/>
          <w:szCs w:val="32"/>
          <w:lang w:val="sk-SK"/>
        </w:rPr>
        <w:t>Vyjadrenie rodiča / zákonného zástupcu</w:t>
      </w:r>
    </w:p>
    <w:p w14:paraId="4D2413A9" w14:textId="77777777" w:rsidR="00C82A59" w:rsidRPr="000C1442" w:rsidRDefault="00000000">
      <w:pPr>
        <w:spacing w:after="200"/>
        <w:rPr>
          <w:sz w:val="28"/>
          <w:szCs w:val="32"/>
          <w:lang w:val="sk-SK"/>
        </w:rPr>
      </w:pPr>
      <w:r w:rsidRPr="000C1442">
        <w:rPr>
          <w:color w:val="191919"/>
          <w:sz w:val="28"/>
          <w:szCs w:val="32"/>
          <w:lang w:val="sk-SK"/>
        </w:rPr>
        <w:t>☐ áno     ☐ nie</w:t>
      </w:r>
    </w:p>
    <w:p w14:paraId="47BC899A" w14:textId="77777777" w:rsidR="000C1442" w:rsidRDefault="000C1442">
      <w:pPr>
        <w:rPr>
          <w:color w:val="191919"/>
          <w:sz w:val="22"/>
          <w:szCs w:val="32"/>
          <w:lang w:val="sk-SK"/>
        </w:rPr>
      </w:pPr>
    </w:p>
    <w:p w14:paraId="0204517C" w14:textId="77777777" w:rsidR="000C1442" w:rsidRPr="000C1442" w:rsidRDefault="000C1442">
      <w:pPr>
        <w:rPr>
          <w:color w:val="191919"/>
          <w:sz w:val="22"/>
          <w:szCs w:val="32"/>
          <w:lang w:val="sk-SK"/>
        </w:rPr>
      </w:pPr>
    </w:p>
    <w:p w14:paraId="7C131A60" w14:textId="7D5F2FDF" w:rsidR="00C82A59" w:rsidRPr="000C1442" w:rsidRDefault="00000000">
      <w:pPr>
        <w:rPr>
          <w:sz w:val="28"/>
          <w:szCs w:val="32"/>
          <w:lang w:val="sk-SK"/>
        </w:rPr>
      </w:pPr>
      <w:r w:rsidRPr="000C1442">
        <w:rPr>
          <w:color w:val="191919"/>
          <w:sz w:val="22"/>
          <w:szCs w:val="32"/>
          <w:lang w:val="sk-SK"/>
        </w:rPr>
        <w:t>V ____________________ dňa _______________     Podpis rodiča ___________________________</w:t>
      </w:r>
    </w:p>
    <w:sectPr w:rsidR="00C82A59" w:rsidRPr="000C1442" w:rsidSect="000C1442">
      <w:footerReference w:type="default" r:id="rId8"/>
      <w:pgSz w:w="12240" w:h="15840"/>
      <w:pgMar w:top="1313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66F84" w14:textId="77777777" w:rsidR="00061881" w:rsidRDefault="00061881">
      <w:pPr>
        <w:spacing w:after="0" w:line="240" w:lineRule="auto"/>
      </w:pPr>
      <w:r>
        <w:separator/>
      </w:r>
    </w:p>
  </w:endnote>
  <w:endnote w:type="continuationSeparator" w:id="0">
    <w:p w14:paraId="7231504A" w14:textId="77777777" w:rsidR="00061881" w:rsidRDefault="0006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0A5E27" w14:textId="77777777" w:rsidR="00C82A59" w:rsidRDefault="00000000">
    <w:pPr>
      <w:pStyle w:val="Pta"/>
      <w:jc w:val="center"/>
    </w:pPr>
    <w:proofErr w:type="gramStart"/>
    <w:r>
      <w:rPr>
        <w:color w:val="647179"/>
        <w:sz w:val="16"/>
      </w:rPr>
      <w:t>AETÓS  •</w:t>
    </w:r>
    <w:proofErr w:type="gramEnd"/>
    <w:r>
      <w:rPr>
        <w:color w:val="647179"/>
        <w:sz w:val="16"/>
      </w:rPr>
      <w:t xml:space="preserve">  ANIMÁTORSKÁ </w:t>
    </w:r>
    <w:proofErr w:type="gramStart"/>
    <w:r>
      <w:rPr>
        <w:color w:val="647179"/>
        <w:sz w:val="16"/>
      </w:rPr>
      <w:t>ŠKOLA  •</w:t>
    </w:r>
    <w:proofErr w:type="gramEnd"/>
    <w:r>
      <w:rPr>
        <w:color w:val="647179"/>
        <w:sz w:val="16"/>
      </w:rPr>
      <w:t xml:space="preserve"> 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20DD1A" w14:textId="77777777" w:rsidR="00061881" w:rsidRDefault="00061881">
      <w:pPr>
        <w:spacing w:after="0" w:line="240" w:lineRule="auto"/>
      </w:pPr>
      <w:r>
        <w:separator/>
      </w:r>
    </w:p>
  </w:footnote>
  <w:footnote w:type="continuationSeparator" w:id="0">
    <w:p w14:paraId="494969FD" w14:textId="77777777" w:rsidR="00061881" w:rsidRDefault="00061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678520">
    <w:abstractNumId w:val="8"/>
  </w:num>
  <w:num w:numId="2" w16cid:durableId="428700066">
    <w:abstractNumId w:val="6"/>
  </w:num>
  <w:num w:numId="3" w16cid:durableId="832915395">
    <w:abstractNumId w:val="5"/>
  </w:num>
  <w:num w:numId="4" w16cid:durableId="516509247">
    <w:abstractNumId w:val="4"/>
  </w:num>
  <w:num w:numId="5" w16cid:durableId="2062362369">
    <w:abstractNumId w:val="7"/>
  </w:num>
  <w:num w:numId="6" w16cid:durableId="1149327332">
    <w:abstractNumId w:val="3"/>
  </w:num>
  <w:num w:numId="7" w16cid:durableId="981614657">
    <w:abstractNumId w:val="2"/>
  </w:num>
  <w:num w:numId="8" w16cid:durableId="615212894">
    <w:abstractNumId w:val="1"/>
  </w:num>
  <w:num w:numId="9" w16cid:durableId="15405085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881"/>
    <w:rsid w:val="000C1442"/>
    <w:rsid w:val="0015074B"/>
    <w:rsid w:val="0029639D"/>
    <w:rsid w:val="00326F90"/>
    <w:rsid w:val="00514A18"/>
    <w:rsid w:val="00AA1D8D"/>
    <w:rsid w:val="00B47730"/>
    <w:rsid w:val="00C82A59"/>
    <w:rsid w:val="00CB0664"/>
    <w:rsid w:val="00CD4F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14F9C"/>
  <w14:defaultImageDpi w14:val="300"/>
  <w15:docId w15:val="{AAFBABF9-727B-2843-A681-5231AF77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/>
    </w:pPr>
    <w:rPr>
      <w:rFonts w:ascii="Arial" w:eastAsia="Arial" w:hAnsi="Arial"/>
      <w:color w:val="16354B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Štefánia Čepová</cp:lastModifiedBy>
  <cp:revision>3</cp:revision>
  <dcterms:created xsi:type="dcterms:W3CDTF">2026-10-08T18:40:00Z</dcterms:created>
  <dcterms:modified xsi:type="dcterms:W3CDTF">2026-10-08T18:41:00Z</dcterms:modified>
  <cp:category/>
</cp:coreProperties>
</file>